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Kuukausittainen läsnäololista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Kuukausi / Vuosi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Työntekijä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Yritys / työmaa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Pvm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Päivä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Tulo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Allekirjoitus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Lähtö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Allekirjoitus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Tauko (min)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Tunnit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Huomiot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Tunnit yhteensä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Työntekijän allekirjoitus ja päiväys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Työnantajan allekirjoitus ja päiväys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Ilmainen pohja: EasyHours · easyhours.fi — leimaa sisään puhelimella tai yhteisellä tabletilla paperin sijaan.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fi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https://easyhours.fi/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